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Weekly Team Check-In Template</w:t>
      </w:r>
    </w:p>
    <w:p>
      <w:r>
        <w:t>Use this checklist as a framework for your weekly team check-ins. It helps ensure alignment, support individual growth, and track team progress over time.</w:t>
      </w:r>
    </w:p>
    <w:p>
      <w:r>
        <w:t>✅ Agenda shared 24 hours in advance</w:t>
      </w:r>
    </w:p>
    <w:p>
      <w:r>
        <w:t>✅ Review of last week's goals and deliverables</w:t>
      </w:r>
    </w:p>
    <w:p>
      <w:r>
        <w:t>✅ Team member updates (progress, blockers, needs)</w:t>
      </w:r>
    </w:p>
    <w:p>
      <w:r>
        <w:t>✅ Recognition of individual/team achievements</w:t>
      </w:r>
    </w:p>
    <w:p>
      <w:r>
        <w:t>✅ Discussion of upcoming deadlines and project milestones</w:t>
      </w:r>
    </w:p>
    <w:p>
      <w:r>
        <w:t>✅ Review of team metrics (e.g. KPIs, dashboard stats)</w:t>
      </w:r>
    </w:p>
    <w:p>
      <w:r>
        <w:t>✅ Open Q&amp;A or feedback session</w:t>
      </w:r>
    </w:p>
    <w:p>
      <w:r>
        <w:t>✅ Action items and responsibilities confirmed</w:t>
      </w:r>
    </w:p>
    <w:p>
      <w:r>
        <w:t>✅ Check-in on team wellbeing and morale</w:t>
      </w:r>
    </w:p>
    <w:p>
      <w:r>
        <w:t>✅ Schedule or confirm next check-in date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